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0E745" w14:textId="77777777" w:rsidR="00FF6954" w:rsidRDefault="006970B9" w:rsidP="008D23FE">
      <w:pPr>
        <w:bidi/>
        <w:jc w:val="center"/>
      </w:pPr>
      <w:r>
        <w:rPr>
          <w:rFonts w:ascii="B Titr" w:eastAsia="B Titr" w:hAnsi="B Titr"/>
          <w:b/>
          <w:sz w:val="36"/>
        </w:rPr>
        <w:t>پیش</w:t>
      </w:r>
      <w:r>
        <w:rPr>
          <w:rFonts w:ascii="B Titr" w:eastAsia="B Titr" w:hAnsi="B Titr"/>
          <w:b/>
          <w:sz w:val="36"/>
        </w:rPr>
        <w:t>‌</w:t>
      </w:r>
      <w:r>
        <w:rPr>
          <w:rFonts w:ascii="B Titr" w:eastAsia="B Titr" w:hAnsi="B Titr"/>
          <w:b/>
          <w:sz w:val="36"/>
        </w:rPr>
        <w:t>فاکتور</w:t>
      </w:r>
      <w:r>
        <w:rPr>
          <w:rFonts w:ascii="B Titr" w:eastAsia="B Titr" w:hAnsi="B Titr"/>
          <w:b/>
          <w:sz w:val="36"/>
        </w:rPr>
        <w:t xml:space="preserve"> </w:t>
      </w:r>
      <w:r>
        <w:rPr>
          <w:rFonts w:ascii="B Titr" w:eastAsia="B Titr" w:hAnsi="B Titr"/>
          <w:b/>
          <w:sz w:val="36"/>
        </w:rPr>
        <w:t>تجهیزات</w:t>
      </w:r>
      <w:r>
        <w:rPr>
          <w:rFonts w:ascii="B Titr" w:eastAsia="B Titr" w:hAnsi="B Titr"/>
          <w:b/>
          <w:sz w:val="36"/>
        </w:rPr>
        <w:t xml:space="preserve"> </w:t>
      </w:r>
      <w:r>
        <w:rPr>
          <w:rFonts w:ascii="B Titr" w:eastAsia="B Titr" w:hAnsi="B Titr"/>
          <w:b/>
          <w:sz w:val="36"/>
        </w:rPr>
        <w:t>دوربین</w:t>
      </w:r>
      <w:r>
        <w:rPr>
          <w:rFonts w:ascii="B Titr" w:eastAsia="B Titr" w:hAnsi="B Titr"/>
          <w:b/>
          <w:sz w:val="36"/>
        </w:rPr>
        <w:t xml:space="preserve"> </w:t>
      </w:r>
      <w:r>
        <w:rPr>
          <w:rFonts w:ascii="B Titr" w:eastAsia="B Titr" w:hAnsi="B Titr"/>
          <w:b/>
          <w:sz w:val="36"/>
        </w:rPr>
        <w:t>مداربسته</w:t>
      </w:r>
    </w:p>
    <w:p w14:paraId="2DB502E1" w14:textId="77777777" w:rsidR="00FF6954" w:rsidRDefault="006970B9" w:rsidP="008D23FE">
      <w:pPr>
        <w:bidi/>
        <w:jc w:val="center"/>
      </w:pPr>
      <w:r>
        <w:t>نمونه</w:t>
      </w:r>
      <w:r>
        <w:t xml:space="preserve"> </w:t>
      </w:r>
      <w:r>
        <w:t>پیش</w:t>
      </w:r>
      <w:r>
        <w:t>‌</w:t>
      </w:r>
      <w:r>
        <w:t>فاکتور</w:t>
      </w:r>
      <w:r>
        <w:t xml:space="preserve"> — </w:t>
      </w:r>
      <w:r>
        <w:t>قیمت</w:t>
      </w:r>
      <w:r>
        <w:t>‌</w:t>
      </w:r>
      <w:r>
        <w:t>ها</w:t>
      </w:r>
      <w:r>
        <w:t xml:space="preserve"> </w:t>
      </w:r>
      <w:r>
        <w:t>به</w:t>
      </w:r>
      <w:r>
        <w:t>‌</w:t>
      </w:r>
      <w:r>
        <w:t>صورت</w:t>
      </w:r>
      <w:r>
        <w:t xml:space="preserve"> </w:t>
      </w:r>
      <w:r>
        <w:t>قابل</w:t>
      </w:r>
      <w:r>
        <w:t xml:space="preserve"> </w:t>
      </w:r>
      <w:r>
        <w:t>تکمیل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691"/>
        <w:gridCol w:w="2691"/>
        <w:gridCol w:w="2691"/>
        <w:gridCol w:w="2691"/>
      </w:tblGrid>
      <w:tr w:rsidR="00FF6954" w14:paraId="18C9E00A" w14:textId="77777777" w:rsidTr="008D23FE">
        <w:trPr>
          <w:jc w:val="center"/>
        </w:trPr>
        <w:tc>
          <w:tcPr>
            <w:tcW w:w="2691" w:type="dxa"/>
            <w:vAlign w:val="center"/>
          </w:tcPr>
          <w:p w14:paraId="143C5027" w14:textId="77777777" w:rsidR="00FF6954" w:rsidRDefault="006970B9" w:rsidP="008D23FE">
            <w:pPr>
              <w:bidi/>
            </w:pPr>
            <w:r>
              <w:t>...............</w:t>
            </w:r>
          </w:p>
        </w:tc>
        <w:tc>
          <w:tcPr>
            <w:tcW w:w="2691" w:type="dxa"/>
            <w:vAlign w:val="center"/>
          </w:tcPr>
          <w:p w14:paraId="68DB968C" w14:textId="77777777" w:rsidR="00FF6954" w:rsidRDefault="006970B9" w:rsidP="008D23FE">
            <w:pPr>
              <w:bidi/>
            </w:pPr>
            <w:r>
              <w:t>تاریخ</w:t>
            </w:r>
          </w:p>
        </w:tc>
        <w:tc>
          <w:tcPr>
            <w:tcW w:w="2691" w:type="dxa"/>
            <w:vAlign w:val="center"/>
          </w:tcPr>
          <w:p w14:paraId="4B2B6368" w14:textId="77777777" w:rsidR="00FF6954" w:rsidRDefault="006970B9" w:rsidP="008D23FE">
            <w:pPr>
              <w:bidi/>
            </w:pPr>
            <w:r>
              <w:t>...............</w:t>
            </w:r>
          </w:p>
        </w:tc>
        <w:tc>
          <w:tcPr>
            <w:tcW w:w="2691" w:type="dxa"/>
            <w:vAlign w:val="center"/>
          </w:tcPr>
          <w:p w14:paraId="5A9171DC" w14:textId="77777777" w:rsidR="00FF6954" w:rsidRDefault="006970B9" w:rsidP="008D23FE">
            <w:pPr>
              <w:bidi/>
            </w:pPr>
            <w:r>
              <w:t>شماره</w:t>
            </w:r>
            <w:r>
              <w:t xml:space="preserve"> </w:t>
            </w:r>
            <w:r>
              <w:t>پیش</w:t>
            </w:r>
            <w:r>
              <w:t>‌</w:t>
            </w:r>
            <w:r>
              <w:t>فاکتور</w:t>
            </w:r>
          </w:p>
        </w:tc>
      </w:tr>
      <w:tr w:rsidR="00FF6954" w14:paraId="4A2AD4F1" w14:textId="77777777" w:rsidTr="008D23FE">
        <w:trPr>
          <w:jc w:val="center"/>
        </w:trPr>
        <w:tc>
          <w:tcPr>
            <w:tcW w:w="2691" w:type="dxa"/>
            <w:vAlign w:val="center"/>
          </w:tcPr>
          <w:p w14:paraId="13A48E51" w14:textId="77777777" w:rsidR="00FF6954" w:rsidRDefault="006970B9" w:rsidP="008D23FE">
            <w:pPr>
              <w:bidi/>
            </w:pPr>
            <w:r>
              <w:t>...............</w:t>
            </w:r>
          </w:p>
        </w:tc>
        <w:tc>
          <w:tcPr>
            <w:tcW w:w="2691" w:type="dxa"/>
            <w:vAlign w:val="center"/>
          </w:tcPr>
          <w:p w14:paraId="2AF4731F" w14:textId="77777777" w:rsidR="00FF6954" w:rsidRDefault="006970B9" w:rsidP="008D23FE">
            <w:pPr>
              <w:bidi/>
            </w:pPr>
            <w:r>
              <w:t>اعتبار</w:t>
            </w:r>
            <w:r>
              <w:t xml:space="preserve"> </w:t>
            </w:r>
            <w:r>
              <w:t>پیش</w:t>
            </w:r>
            <w:r>
              <w:t>‌</w:t>
            </w:r>
            <w:r>
              <w:t>فاکتور</w:t>
            </w:r>
          </w:p>
        </w:tc>
        <w:tc>
          <w:tcPr>
            <w:tcW w:w="2691" w:type="dxa"/>
            <w:vAlign w:val="center"/>
          </w:tcPr>
          <w:p w14:paraId="7EF140DA" w14:textId="77777777" w:rsidR="00FF6954" w:rsidRDefault="006970B9" w:rsidP="008D23FE">
            <w:pPr>
              <w:bidi/>
            </w:pPr>
            <w:r>
              <w:t>........................................</w:t>
            </w:r>
          </w:p>
        </w:tc>
        <w:tc>
          <w:tcPr>
            <w:tcW w:w="2691" w:type="dxa"/>
            <w:vAlign w:val="center"/>
          </w:tcPr>
          <w:p w14:paraId="0851EE2C" w14:textId="77777777" w:rsidR="00FF6954" w:rsidRDefault="006970B9" w:rsidP="008D23FE">
            <w:pPr>
              <w:bidi/>
            </w:pPr>
            <w:r>
              <w:t>نام</w:t>
            </w:r>
            <w:r>
              <w:t xml:space="preserve"> </w:t>
            </w:r>
            <w:r>
              <w:t>مشتری</w:t>
            </w:r>
            <w:r>
              <w:t xml:space="preserve"> / </w:t>
            </w:r>
            <w:r>
              <w:t>شرکت</w:t>
            </w:r>
          </w:p>
        </w:tc>
      </w:tr>
      <w:tr w:rsidR="00FF6954" w14:paraId="6913AAEB" w14:textId="77777777" w:rsidTr="008D23FE">
        <w:trPr>
          <w:jc w:val="center"/>
        </w:trPr>
        <w:tc>
          <w:tcPr>
            <w:tcW w:w="2691" w:type="dxa"/>
            <w:vAlign w:val="center"/>
          </w:tcPr>
          <w:p w14:paraId="6837FBEA" w14:textId="77777777" w:rsidR="00FF6954" w:rsidRDefault="006970B9" w:rsidP="008D23FE">
            <w:pPr>
              <w:bidi/>
            </w:pPr>
            <w:r>
              <w:t>........................................</w:t>
            </w:r>
          </w:p>
        </w:tc>
        <w:tc>
          <w:tcPr>
            <w:tcW w:w="2691" w:type="dxa"/>
            <w:vAlign w:val="center"/>
          </w:tcPr>
          <w:p w14:paraId="46C81C18" w14:textId="77777777" w:rsidR="00FF6954" w:rsidRDefault="006970B9" w:rsidP="008D23FE">
            <w:pPr>
              <w:bidi/>
            </w:pPr>
            <w:r>
              <w:t>نام</w:t>
            </w:r>
            <w:r>
              <w:t xml:space="preserve"> </w:t>
            </w:r>
            <w:r>
              <w:t>فروشنده</w:t>
            </w:r>
            <w:r>
              <w:t xml:space="preserve"> / </w:t>
            </w:r>
            <w:r>
              <w:t>شرکت</w:t>
            </w:r>
          </w:p>
        </w:tc>
        <w:tc>
          <w:tcPr>
            <w:tcW w:w="2691" w:type="dxa"/>
            <w:vAlign w:val="center"/>
          </w:tcPr>
          <w:p w14:paraId="05EAA7A1" w14:textId="77777777" w:rsidR="00FF6954" w:rsidRDefault="006970B9" w:rsidP="008D23FE">
            <w:pPr>
              <w:bidi/>
            </w:pPr>
            <w:r>
              <w:t>........................................</w:t>
            </w:r>
          </w:p>
        </w:tc>
        <w:tc>
          <w:tcPr>
            <w:tcW w:w="2691" w:type="dxa"/>
            <w:vAlign w:val="center"/>
          </w:tcPr>
          <w:p w14:paraId="162D75FA" w14:textId="77777777" w:rsidR="00FF6954" w:rsidRDefault="006970B9" w:rsidP="008D23FE">
            <w:pPr>
              <w:bidi/>
            </w:pPr>
            <w:r>
              <w:t>شماره</w:t>
            </w:r>
            <w:r>
              <w:t xml:space="preserve"> </w:t>
            </w:r>
            <w:r>
              <w:t>تماس</w:t>
            </w:r>
          </w:p>
        </w:tc>
      </w:tr>
    </w:tbl>
    <w:p w14:paraId="3290F4EE" w14:textId="77777777" w:rsidR="00FF6954" w:rsidRDefault="00FF6954" w:rsidP="008D23FE">
      <w:pPr>
        <w:bidi/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538"/>
        <w:gridCol w:w="1538"/>
        <w:gridCol w:w="1538"/>
        <w:gridCol w:w="1538"/>
        <w:gridCol w:w="1538"/>
        <w:gridCol w:w="1538"/>
        <w:gridCol w:w="1538"/>
      </w:tblGrid>
      <w:tr w:rsidR="00FF6954" w14:paraId="0771148F" w14:textId="77777777" w:rsidTr="008D23FE">
        <w:trPr>
          <w:jc w:val="center"/>
        </w:trPr>
        <w:tc>
          <w:tcPr>
            <w:tcW w:w="1538" w:type="dxa"/>
          </w:tcPr>
          <w:p w14:paraId="7E111617" w14:textId="77777777" w:rsidR="00FF6954" w:rsidRDefault="006970B9" w:rsidP="008D23FE">
            <w:pPr>
              <w:bidi/>
            </w:pPr>
            <w:r>
              <w:rPr>
                <w:b/>
                <w:sz w:val="18"/>
              </w:rPr>
              <w:t>ردیف</w:t>
            </w:r>
          </w:p>
        </w:tc>
        <w:tc>
          <w:tcPr>
            <w:tcW w:w="1538" w:type="dxa"/>
          </w:tcPr>
          <w:p w14:paraId="70896311" w14:textId="77777777" w:rsidR="00FF6954" w:rsidRDefault="006970B9" w:rsidP="008D23FE">
            <w:pPr>
              <w:bidi/>
            </w:pPr>
            <w:r>
              <w:rPr>
                <w:b/>
                <w:sz w:val="18"/>
              </w:rPr>
              <w:t>شرح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کالا</w:t>
            </w:r>
            <w:r>
              <w:rPr>
                <w:b/>
                <w:sz w:val="18"/>
              </w:rPr>
              <w:t xml:space="preserve"> / </w:t>
            </w:r>
            <w:r>
              <w:rPr>
                <w:b/>
                <w:sz w:val="18"/>
              </w:rPr>
              <w:t>خدمات</w:t>
            </w:r>
          </w:p>
        </w:tc>
        <w:tc>
          <w:tcPr>
            <w:tcW w:w="1538" w:type="dxa"/>
          </w:tcPr>
          <w:p w14:paraId="61AA86F9" w14:textId="77777777" w:rsidR="00FF6954" w:rsidRDefault="006970B9" w:rsidP="008D23FE">
            <w:pPr>
              <w:bidi/>
            </w:pPr>
            <w:r>
              <w:rPr>
                <w:b/>
                <w:sz w:val="18"/>
              </w:rPr>
              <w:t>برند</w:t>
            </w:r>
            <w:r>
              <w:rPr>
                <w:b/>
                <w:sz w:val="18"/>
              </w:rPr>
              <w:t xml:space="preserve"> / </w:t>
            </w:r>
            <w:r>
              <w:rPr>
                <w:b/>
                <w:sz w:val="18"/>
              </w:rPr>
              <w:t>مدل</w:t>
            </w:r>
            <w:r>
              <w:rPr>
                <w:b/>
                <w:sz w:val="18"/>
              </w:rPr>
              <w:t xml:space="preserve"> / </w:t>
            </w:r>
            <w:r>
              <w:rPr>
                <w:b/>
                <w:sz w:val="18"/>
              </w:rPr>
              <w:t>مشخصات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فنی</w:t>
            </w:r>
          </w:p>
        </w:tc>
        <w:tc>
          <w:tcPr>
            <w:tcW w:w="1538" w:type="dxa"/>
          </w:tcPr>
          <w:p w14:paraId="6608EBC7" w14:textId="77777777" w:rsidR="00FF6954" w:rsidRDefault="006970B9" w:rsidP="008D23FE">
            <w:pPr>
              <w:bidi/>
            </w:pPr>
            <w:r>
              <w:rPr>
                <w:b/>
                <w:sz w:val="18"/>
              </w:rPr>
              <w:t>واحد</w:t>
            </w:r>
          </w:p>
        </w:tc>
        <w:tc>
          <w:tcPr>
            <w:tcW w:w="1538" w:type="dxa"/>
          </w:tcPr>
          <w:p w14:paraId="7F4A0BA7" w14:textId="77777777" w:rsidR="00FF6954" w:rsidRDefault="006970B9" w:rsidP="008D23FE">
            <w:pPr>
              <w:bidi/>
            </w:pPr>
            <w:r>
              <w:rPr>
                <w:b/>
                <w:sz w:val="18"/>
              </w:rPr>
              <w:t>مقدار</w:t>
            </w:r>
            <w:r>
              <w:rPr>
                <w:b/>
                <w:sz w:val="18"/>
              </w:rPr>
              <w:br/>
              <w:t>(</w:t>
            </w:r>
            <w:r>
              <w:rPr>
                <w:b/>
                <w:sz w:val="18"/>
              </w:rPr>
              <w:t>تقریبی</w:t>
            </w:r>
            <w:r>
              <w:rPr>
                <w:b/>
                <w:sz w:val="18"/>
              </w:rPr>
              <w:t>)</w:t>
            </w:r>
          </w:p>
        </w:tc>
        <w:tc>
          <w:tcPr>
            <w:tcW w:w="1538" w:type="dxa"/>
          </w:tcPr>
          <w:p w14:paraId="56AE081E" w14:textId="77777777" w:rsidR="00FF6954" w:rsidRDefault="006970B9" w:rsidP="008D23FE">
            <w:pPr>
              <w:bidi/>
            </w:pPr>
            <w:r>
              <w:rPr>
                <w:b/>
                <w:sz w:val="18"/>
              </w:rPr>
              <w:t>فی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واحد</w:t>
            </w:r>
            <w:r>
              <w:rPr>
                <w:b/>
                <w:sz w:val="18"/>
              </w:rPr>
              <w:br/>
              <w:t>(</w:t>
            </w:r>
            <w:r>
              <w:rPr>
                <w:b/>
                <w:sz w:val="18"/>
              </w:rPr>
              <w:t>ریال</w:t>
            </w:r>
            <w:r>
              <w:rPr>
                <w:b/>
                <w:sz w:val="18"/>
              </w:rPr>
              <w:t>)</w:t>
            </w:r>
          </w:p>
        </w:tc>
        <w:tc>
          <w:tcPr>
            <w:tcW w:w="1538" w:type="dxa"/>
          </w:tcPr>
          <w:p w14:paraId="6D7A49E0" w14:textId="77777777" w:rsidR="00FF6954" w:rsidRDefault="006970B9" w:rsidP="008D23FE">
            <w:pPr>
              <w:bidi/>
            </w:pPr>
            <w:r>
              <w:rPr>
                <w:b/>
                <w:sz w:val="18"/>
              </w:rPr>
              <w:t>قیمت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کل</w:t>
            </w:r>
            <w:r>
              <w:rPr>
                <w:b/>
                <w:sz w:val="18"/>
              </w:rPr>
              <w:br/>
              <w:t>(</w:t>
            </w:r>
            <w:r>
              <w:rPr>
                <w:b/>
                <w:sz w:val="18"/>
              </w:rPr>
              <w:t>ریال</w:t>
            </w:r>
            <w:r>
              <w:rPr>
                <w:b/>
                <w:sz w:val="18"/>
              </w:rPr>
              <w:t>)</w:t>
            </w:r>
          </w:p>
        </w:tc>
      </w:tr>
      <w:tr w:rsidR="00FF6954" w14:paraId="29250501" w14:textId="77777777" w:rsidTr="008D23FE">
        <w:trPr>
          <w:jc w:val="center"/>
        </w:trPr>
        <w:tc>
          <w:tcPr>
            <w:tcW w:w="1538" w:type="dxa"/>
          </w:tcPr>
          <w:p w14:paraId="182E60EF" w14:textId="77777777" w:rsidR="00FF6954" w:rsidRDefault="006970B9" w:rsidP="008D23FE">
            <w:pPr>
              <w:bidi/>
            </w:pPr>
            <w:r>
              <w:rPr>
                <w:sz w:val="17"/>
              </w:rPr>
              <w:t>۱</w:t>
            </w:r>
          </w:p>
        </w:tc>
        <w:tc>
          <w:tcPr>
            <w:tcW w:w="1538" w:type="dxa"/>
          </w:tcPr>
          <w:p w14:paraId="46496007" w14:textId="77777777" w:rsidR="00FF6954" w:rsidRDefault="006970B9" w:rsidP="008D23FE">
            <w:pPr>
              <w:bidi/>
            </w:pPr>
            <w:r>
              <w:rPr>
                <w:sz w:val="17"/>
              </w:rPr>
              <w:t>دوربین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پلاک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خوان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موتورایز</w:t>
            </w:r>
          </w:p>
        </w:tc>
        <w:tc>
          <w:tcPr>
            <w:tcW w:w="1538" w:type="dxa"/>
          </w:tcPr>
          <w:p w14:paraId="07F5D705" w14:textId="77777777" w:rsidR="00FF6954" w:rsidRDefault="006970B9" w:rsidP="008D23FE">
            <w:pPr>
              <w:bidi/>
            </w:pPr>
            <w:r>
              <w:rPr>
                <w:sz w:val="17"/>
              </w:rPr>
              <w:t>دوربین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تحت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شبکه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شهاب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مدل</w:t>
            </w:r>
            <w:r>
              <w:rPr>
                <w:sz w:val="17"/>
              </w:rPr>
              <w:t xml:space="preserve"> SH-D1531P</w:t>
            </w:r>
          </w:p>
        </w:tc>
        <w:tc>
          <w:tcPr>
            <w:tcW w:w="1538" w:type="dxa"/>
          </w:tcPr>
          <w:p w14:paraId="7D46928F" w14:textId="77777777" w:rsidR="00FF6954" w:rsidRDefault="006970B9" w:rsidP="008D23FE">
            <w:pPr>
              <w:bidi/>
            </w:pPr>
            <w:r>
              <w:rPr>
                <w:sz w:val="17"/>
              </w:rPr>
              <w:t>عدد</w:t>
            </w:r>
          </w:p>
        </w:tc>
        <w:tc>
          <w:tcPr>
            <w:tcW w:w="1538" w:type="dxa"/>
          </w:tcPr>
          <w:p w14:paraId="17717D8D" w14:textId="77777777" w:rsidR="00FF6954" w:rsidRDefault="006970B9" w:rsidP="008D23FE">
            <w:pPr>
              <w:bidi/>
            </w:pPr>
            <w:r>
              <w:rPr>
                <w:sz w:val="17"/>
              </w:rPr>
              <w:t>۲</w:t>
            </w:r>
          </w:p>
        </w:tc>
        <w:tc>
          <w:tcPr>
            <w:tcW w:w="1538" w:type="dxa"/>
          </w:tcPr>
          <w:p w14:paraId="77EA389A" w14:textId="77777777" w:rsidR="00FF6954" w:rsidRDefault="006970B9" w:rsidP="008D23FE">
            <w:pPr>
              <w:bidi/>
            </w:pPr>
            <w:r>
              <w:rPr>
                <w:sz w:val="17"/>
              </w:rPr>
              <w:t>...............</w:t>
            </w:r>
          </w:p>
        </w:tc>
        <w:tc>
          <w:tcPr>
            <w:tcW w:w="1538" w:type="dxa"/>
          </w:tcPr>
          <w:p w14:paraId="6F8A567E" w14:textId="77777777" w:rsidR="00FF6954" w:rsidRDefault="006970B9" w:rsidP="008D23FE">
            <w:pPr>
              <w:bidi/>
            </w:pPr>
            <w:r>
              <w:rPr>
                <w:sz w:val="17"/>
              </w:rPr>
              <w:t>.......................</w:t>
            </w:r>
          </w:p>
        </w:tc>
      </w:tr>
      <w:tr w:rsidR="00FF6954" w14:paraId="4C2652CA" w14:textId="77777777" w:rsidTr="008D23FE">
        <w:trPr>
          <w:jc w:val="center"/>
        </w:trPr>
        <w:tc>
          <w:tcPr>
            <w:tcW w:w="1538" w:type="dxa"/>
          </w:tcPr>
          <w:p w14:paraId="0C3DBA21" w14:textId="77777777" w:rsidR="00FF6954" w:rsidRDefault="006970B9" w:rsidP="008D23FE">
            <w:pPr>
              <w:bidi/>
            </w:pPr>
            <w:r>
              <w:rPr>
                <w:sz w:val="17"/>
              </w:rPr>
              <w:t>۲</w:t>
            </w:r>
          </w:p>
        </w:tc>
        <w:tc>
          <w:tcPr>
            <w:tcW w:w="1538" w:type="dxa"/>
          </w:tcPr>
          <w:p w14:paraId="371A3165" w14:textId="77777777" w:rsidR="00FF6954" w:rsidRDefault="006970B9" w:rsidP="008D23FE">
            <w:pPr>
              <w:bidi/>
            </w:pPr>
            <w:r>
              <w:rPr>
                <w:sz w:val="17"/>
              </w:rPr>
              <w:t>دوربین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دام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دید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در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شب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داخلی</w:t>
            </w:r>
          </w:p>
        </w:tc>
        <w:tc>
          <w:tcPr>
            <w:tcW w:w="1538" w:type="dxa"/>
          </w:tcPr>
          <w:p w14:paraId="02E5CC62" w14:textId="77777777" w:rsidR="00FF6954" w:rsidRDefault="006970B9" w:rsidP="008D23FE">
            <w:pPr>
              <w:bidi/>
            </w:pPr>
            <w:r>
              <w:rPr>
                <w:sz w:val="17"/>
              </w:rPr>
              <w:t>دوربین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تحت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شبکه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۲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مگاپیکسل</w:t>
            </w:r>
            <w:r>
              <w:rPr>
                <w:sz w:val="17"/>
              </w:rPr>
              <w:t xml:space="preserve"> IP</w:t>
            </w:r>
          </w:p>
        </w:tc>
        <w:tc>
          <w:tcPr>
            <w:tcW w:w="1538" w:type="dxa"/>
          </w:tcPr>
          <w:p w14:paraId="44DE732A" w14:textId="77777777" w:rsidR="00FF6954" w:rsidRDefault="006970B9" w:rsidP="008D23FE">
            <w:pPr>
              <w:bidi/>
            </w:pPr>
            <w:r>
              <w:rPr>
                <w:sz w:val="17"/>
              </w:rPr>
              <w:t>عدد</w:t>
            </w:r>
          </w:p>
        </w:tc>
        <w:tc>
          <w:tcPr>
            <w:tcW w:w="1538" w:type="dxa"/>
          </w:tcPr>
          <w:p w14:paraId="24F4E881" w14:textId="77777777" w:rsidR="00FF6954" w:rsidRDefault="006970B9" w:rsidP="008D23FE">
            <w:pPr>
              <w:bidi/>
            </w:pPr>
            <w:r>
              <w:rPr>
                <w:sz w:val="17"/>
              </w:rPr>
              <w:t>۴</w:t>
            </w:r>
          </w:p>
        </w:tc>
        <w:tc>
          <w:tcPr>
            <w:tcW w:w="1538" w:type="dxa"/>
          </w:tcPr>
          <w:p w14:paraId="628869F6" w14:textId="77777777" w:rsidR="00FF6954" w:rsidRDefault="006970B9" w:rsidP="008D23FE">
            <w:pPr>
              <w:bidi/>
            </w:pPr>
            <w:r>
              <w:rPr>
                <w:sz w:val="17"/>
              </w:rPr>
              <w:t>...............</w:t>
            </w:r>
          </w:p>
        </w:tc>
        <w:tc>
          <w:tcPr>
            <w:tcW w:w="1538" w:type="dxa"/>
          </w:tcPr>
          <w:p w14:paraId="2655FF0D" w14:textId="77777777" w:rsidR="00FF6954" w:rsidRDefault="006970B9" w:rsidP="008D23FE">
            <w:pPr>
              <w:bidi/>
            </w:pPr>
            <w:r>
              <w:rPr>
                <w:sz w:val="17"/>
              </w:rPr>
              <w:t>.......................</w:t>
            </w:r>
          </w:p>
        </w:tc>
      </w:tr>
      <w:tr w:rsidR="00FF6954" w14:paraId="3675FE9A" w14:textId="77777777" w:rsidTr="008D23FE">
        <w:trPr>
          <w:jc w:val="center"/>
        </w:trPr>
        <w:tc>
          <w:tcPr>
            <w:tcW w:w="1538" w:type="dxa"/>
          </w:tcPr>
          <w:p w14:paraId="7542EAA4" w14:textId="77777777" w:rsidR="00FF6954" w:rsidRDefault="006970B9" w:rsidP="008D23FE">
            <w:pPr>
              <w:bidi/>
            </w:pPr>
            <w:r>
              <w:rPr>
                <w:sz w:val="17"/>
              </w:rPr>
              <w:t>۳</w:t>
            </w:r>
          </w:p>
        </w:tc>
        <w:tc>
          <w:tcPr>
            <w:tcW w:w="1538" w:type="dxa"/>
          </w:tcPr>
          <w:p w14:paraId="23309EEC" w14:textId="77777777" w:rsidR="00FF6954" w:rsidRDefault="006970B9" w:rsidP="008D23FE">
            <w:pPr>
              <w:bidi/>
            </w:pPr>
            <w:r>
              <w:rPr>
                <w:sz w:val="17"/>
              </w:rPr>
              <w:t>دستگاه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ضبط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تصاویر</w:t>
            </w:r>
            <w:r>
              <w:rPr>
                <w:sz w:val="17"/>
              </w:rPr>
              <w:t xml:space="preserve"> NVR</w:t>
            </w:r>
          </w:p>
        </w:tc>
        <w:tc>
          <w:tcPr>
            <w:tcW w:w="1538" w:type="dxa"/>
          </w:tcPr>
          <w:p w14:paraId="1B4D9BA1" w14:textId="77777777" w:rsidR="00FF6954" w:rsidRDefault="006970B9" w:rsidP="008D23FE">
            <w:pPr>
              <w:bidi/>
            </w:pPr>
            <w:r>
              <w:rPr>
                <w:sz w:val="17"/>
              </w:rPr>
              <w:t>دستگاه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۸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کانال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با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قابلیت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پشتیبانی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از</w:t>
            </w:r>
            <w:r>
              <w:rPr>
                <w:sz w:val="17"/>
              </w:rPr>
              <w:t xml:space="preserve"> 4K</w:t>
            </w:r>
          </w:p>
        </w:tc>
        <w:tc>
          <w:tcPr>
            <w:tcW w:w="1538" w:type="dxa"/>
          </w:tcPr>
          <w:p w14:paraId="0B582571" w14:textId="77777777" w:rsidR="00FF6954" w:rsidRDefault="006970B9" w:rsidP="008D23FE">
            <w:pPr>
              <w:bidi/>
            </w:pPr>
            <w:r>
              <w:rPr>
                <w:sz w:val="17"/>
              </w:rPr>
              <w:t>عدد</w:t>
            </w:r>
          </w:p>
        </w:tc>
        <w:tc>
          <w:tcPr>
            <w:tcW w:w="1538" w:type="dxa"/>
          </w:tcPr>
          <w:p w14:paraId="4FA10B22" w14:textId="77777777" w:rsidR="00FF6954" w:rsidRDefault="006970B9" w:rsidP="008D23FE">
            <w:pPr>
              <w:bidi/>
            </w:pPr>
            <w:r>
              <w:rPr>
                <w:sz w:val="17"/>
              </w:rPr>
              <w:t>۱</w:t>
            </w:r>
          </w:p>
        </w:tc>
        <w:tc>
          <w:tcPr>
            <w:tcW w:w="1538" w:type="dxa"/>
          </w:tcPr>
          <w:p w14:paraId="70350232" w14:textId="77777777" w:rsidR="00FF6954" w:rsidRDefault="006970B9" w:rsidP="008D23FE">
            <w:pPr>
              <w:bidi/>
            </w:pPr>
            <w:r>
              <w:rPr>
                <w:sz w:val="17"/>
              </w:rPr>
              <w:t>...............</w:t>
            </w:r>
          </w:p>
        </w:tc>
        <w:tc>
          <w:tcPr>
            <w:tcW w:w="1538" w:type="dxa"/>
          </w:tcPr>
          <w:p w14:paraId="3CA2391E" w14:textId="77777777" w:rsidR="00FF6954" w:rsidRDefault="006970B9" w:rsidP="008D23FE">
            <w:pPr>
              <w:bidi/>
            </w:pPr>
            <w:r>
              <w:rPr>
                <w:sz w:val="17"/>
              </w:rPr>
              <w:t>.......................</w:t>
            </w:r>
          </w:p>
        </w:tc>
      </w:tr>
      <w:tr w:rsidR="00FF6954" w14:paraId="3A488D20" w14:textId="77777777" w:rsidTr="008D23FE">
        <w:trPr>
          <w:jc w:val="center"/>
        </w:trPr>
        <w:tc>
          <w:tcPr>
            <w:tcW w:w="1538" w:type="dxa"/>
          </w:tcPr>
          <w:p w14:paraId="67B53774" w14:textId="77777777" w:rsidR="00FF6954" w:rsidRDefault="006970B9" w:rsidP="008D23FE">
            <w:pPr>
              <w:bidi/>
            </w:pPr>
            <w:r>
              <w:rPr>
                <w:sz w:val="17"/>
              </w:rPr>
              <w:t>۴</w:t>
            </w:r>
          </w:p>
        </w:tc>
        <w:tc>
          <w:tcPr>
            <w:tcW w:w="1538" w:type="dxa"/>
          </w:tcPr>
          <w:p w14:paraId="2E1D515B" w14:textId="77777777" w:rsidR="00FF6954" w:rsidRDefault="006970B9" w:rsidP="008D23FE">
            <w:pPr>
              <w:bidi/>
            </w:pPr>
            <w:r>
              <w:rPr>
                <w:sz w:val="17"/>
              </w:rPr>
              <w:t>هارد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دیسک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مخصوص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نظارت</w:t>
            </w:r>
          </w:p>
        </w:tc>
        <w:tc>
          <w:tcPr>
            <w:tcW w:w="1538" w:type="dxa"/>
          </w:tcPr>
          <w:p w14:paraId="35C6DF55" w14:textId="77777777" w:rsidR="00FF6954" w:rsidRDefault="006970B9" w:rsidP="008D23FE">
            <w:pPr>
              <w:bidi/>
            </w:pPr>
            <w:r>
              <w:rPr>
                <w:sz w:val="17"/>
              </w:rPr>
              <w:t>وسترن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دیجیتال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بنفش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ظرفیت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۴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ترابایت</w:t>
            </w:r>
          </w:p>
        </w:tc>
        <w:tc>
          <w:tcPr>
            <w:tcW w:w="1538" w:type="dxa"/>
          </w:tcPr>
          <w:p w14:paraId="2972A077" w14:textId="77777777" w:rsidR="00FF6954" w:rsidRDefault="006970B9" w:rsidP="008D23FE">
            <w:pPr>
              <w:bidi/>
            </w:pPr>
            <w:r>
              <w:rPr>
                <w:sz w:val="17"/>
              </w:rPr>
              <w:t>عدد</w:t>
            </w:r>
          </w:p>
        </w:tc>
        <w:tc>
          <w:tcPr>
            <w:tcW w:w="1538" w:type="dxa"/>
          </w:tcPr>
          <w:p w14:paraId="2D82ADE1" w14:textId="77777777" w:rsidR="00FF6954" w:rsidRDefault="006970B9" w:rsidP="008D23FE">
            <w:pPr>
              <w:bidi/>
            </w:pPr>
            <w:r>
              <w:rPr>
                <w:sz w:val="17"/>
              </w:rPr>
              <w:t>۱</w:t>
            </w:r>
          </w:p>
        </w:tc>
        <w:tc>
          <w:tcPr>
            <w:tcW w:w="1538" w:type="dxa"/>
          </w:tcPr>
          <w:p w14:paraId="09555082" w14:textId="77777777" w:rsidR="00FF6954" w:rsidRDefault="006970B9" w:rsidP="008D23FE">
            <w:pPr>
              <w:bidi/>
            </w:pPr>
            <w:r>
              <w:rPr>
                <w:sz w:val="17"/>
              </w:rPr>
              <w:t>...............</w:t>
            </w:r>
          </w:p>
        </w:tc>
        <w:tc>
          <w:tcPr>
            <w:tcW w:w="1538" w:type="dxa"/>
          </w:tcPr>
          <w:p w14:paraId="28FE2E72" w14:textId="77777777" w:rsidR="00FF6954" w:rsidRDefault="006970B9" w:rsidP="008D23FE">
            <w:pPr>
              <w:bidi/>
            </w:pPr>
            <w:r>
              <w:rPr>
                <w:sz w:val="17"/>
              </w:rPr>
              <w:t>.......................</w:t>
            </w:r>
          </w:p>
        </w:tc>
      </w:tr>
      <w:tr w:rsidR="00FF6954" w14:paraId="0EEC5F47" w14:textId="77777777" w:rsidTr="008D23FE">
        <w:trPr>
          <w:jc w:val="center"/>
        </w:trPr>
        <w:tc>
          <w:tcPr>
            <w:tcW w:w="1538" w:type="dxa"/>
          </w:tcPr>
          <w:p w14:paraId="0C5AE9EE" w14:textId="77777777" w:rsidR="00FF6954" w:rsidRDefault="006970B9" w:rsidP="008D23FE">
            <w:pPr>
              <w:bidi/>
            </w:pPr>
            <w:r>
              <w:rPr>
                <w:sz w:val="17"/>
              </w:rPr>
              <w:t>۵</w:t>
            </w:r>
          </w:p>
        </w:tc>
        <w:tc>
          <w:tcPr>
            <w:tcW w:w="1538" w:type="dxa"/>
          </w:tcPr>
          <w:p w14:paraId="16CD191E" w14:textId="77777777" w:rsidR="00FF6954" w:rsidRDefault="006970B9" w:rsidP="008D23FE">
            <w:pPr>
              <w:bidi/>
            </w:pPr>
            <w:r>
              <w:rPr>
                <w:sz w:val="17"/>
              </w:rPr>
              <w:t>کابل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شبکه</w:t>
            </w:r>
            <w:r>
              <w:rPr>
                <w:sz w:val="17"/>
              </w:rPr>
              <w:t xml:space="preserve"> SFTP </w:t>
            </w:r>
            <w:r>
              <w:rPr>
                <w:sz w:val="17"/>
              </w:rPr>
              <w:t>تمام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مس</w:t>
            </w:r>
          </w:p>
        </w:tc>
        <w:tc>
          <w:tcPr>
            <w:tcW w:w="1538" w:type="dxa"/>
          </w:tcPr>
          <w:p w14:paraId="55495C94" w14:textId="77777777" w:rsidR="00FF6954" w:rsidRDefault="006970B9" w:rsidP="008D23FE">
            <w:pPr>
              <w:bidi/>
            </w:pPr>
            <w:r>
              <w:rPr>
                <w:sz w:val="17"/>
              </w:rPr>
              <w:t>برند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معتبر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وارداتی،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روکش</w:t>
            </w:r>
            <w:r>
              <w:rPr>
                <w:sz w:val="17"/>
              </w:rPr>
              <w:t xml:space="preserve"> PVC</w:t>
            </w:r>
          </w:p>
        </w:tc>
        <w:tc>
          <w:tcPr>
            <w:tcW w:w="1538" w:type="dxa"/>
          </w:tcPr>
          <w:p w14:paraId="7A717AF2" w14:textId="77777777" w:rsidR="00FF6954" w:rsidRDefault="006970B9" w:rsidP="008D23FE">
            <w:pPr>
              <w:bidi/>
            </w:pPr>
            <w:r>
              <w:rPr>
                <w:sz w:val="17"/>
              </w:rPr>
              <w:t>متر</w:t>
            </w:r>
          </w:p>
        </w:tc>
        <w:tc>
          <w:tcPr>
            <w:tcW w:w="1538" w:type="dxa"/>
          </w:tcPr>
          <w:p w14:paraId="6E86864E" w14:textId="77777777" w:rsidR="00FF6954" w:rsidRDefault="006970B9" w:rsidP="008D23FE">
            <w:pPr>
              <w:bidi/>
            </w:pPr>
            <w:r>
              <w:rPr>
                <w:sz w:val="17"/>
              </w:rPr>
              <w:t>۱۵۰</w:t>
            </w:r>
          </w:p>
        </w:tc>
        <w:tc>
          <w:tcPr>
            <w:tcW w:w="1538" w:type="dxa"/>
          </w:tcPr>
          <w:p w14:paraId="39DB49DC" w14:textId="77777777" w:rsidR="00FF6954" w:rsidRDefault="006970B9" w:rsidP="008D23FE">
            <w:pPr>
              <w:bidi/>
            </w:pPr>
            <w:r>
              <w:rPr>
                <w:sz w:val="17"/>
              </w:rPr>
              <w:t>...............</w:t>
            </w:r>
          </w:p>
        </w:tc>
        <w:tc>
          <w:tcPr>
            <w:tcW w:w="1538" w:type="dxa"/>
          </w:tcPr>
          <w:p w14:paraId="2CAD4993" w14:textId="77777777" w:rsidR="00FF6954" w:rsidRDefault="006970B9" w:rsidP="008D23FE">
            <w:pPr>
              <w:bidi/>
            </w:pPr>
            <w:r>
              <w:rPr>
                <w:sz w:val="17"/>
              </w:rPr>
              <w:t>.......................</w:t>
            </w:r>
          </w:p>
        </w:tc>
      </w:tr>
      <w:tr w:rsidR="00FF6954" w14:paraId="7AC9E637" w14:textId="77777777" w:rsidTr="008D23FE">
        <w:trPr>
          <w:jc w:val="center"/>
        </w:trPr>
        <w:tc>
          <w:tcPr>
            <w:tcW w:w="1538" w:type="dxa"/>
          </w:tcPr>
          <w:p w14:paraId="1D0FD63A" w14:textId="77777777" w:rsidR="00FF6954" w:rsidRDefault="006970B9" w:rsidP="008D23FE">
            <w:pPr>
              <w:bidi/>
            </w:pPr>
            <w:r>
              <w:rPr>
                <w:sz w:val="17"/>
              </w:rPr>
              <w:t>۶</w:t>
            </w:r>
          </w:p>
        </w:tc>
        <w:tc>
          <w:tcPr>
            <w:tcW w:w="1538" w:type="dxa"/>
          </w:tcPr>
          <w:p w14:paraId="039A21BA" w14:textId="77777777" w:rsidR="00FF6954" w:rsidRDefault="006970B9" w:rsidP="008D23FE">
            <w:pPr>
              <w:bidi/>
            </w:pPr>
            <w:r>
              <w:rPr>
                <w:sz w:val="17"/>
              </w:rPr>
              <w:t>لوله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فلکسیبل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فلزی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روکش</w:t>
            </w:r>
            <w:r>
              <w:rPr>
                <w:sz w:val="17"/>
              </w:rPr>
              <w:t>‌</w:t>
            </w:r>
            <w:r>
              <w:rPr>
                <w:sz w:val="17"/>
              </w:rPr>
              <w:t>دار</w:t>
            </w:r>
          </w:p>
        </w:tc>
        <w:tc>
          <w:tcPr>
            <w:tcW w:w="1538" w:type="dxa"/>
          </w:tcPr>
          <w:p w14:paraId="4B0C87F4" w14:textId="77777777" w:rsidR="00FF6954" w:rsidRDefault="006970B9" w:rsidP="008D23FE">
            <w:pPr>
              <w:bidi/>
            </w:pPr>
            <w:r>
              <w:rPr>
                <w:sz w:val="17"/>
              </w:rPr>
              <w:t>سایز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۲۱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جهت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محیط</w:t>
            </w:r>
            <w:r>
              <w:rPr>
                <w:sz w:val="17"/>
              </w:rPr>
              <w:t>‌</w:t>
            </w:r>
            <w:r>
              <w:rPr>
                <w:sz w:val="17"/>
              </w:rPr>
              <w:t>های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بیرونی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پارکینگ</w:t>
            </w:r>
          </w:p>
        </w:tc>
        <w:tc>
          <w:tcPr>
            <w:tcW w:w="1538" w:type="dxa"/>
          </w:tcPr>
          <w:p w14:paraId="3AC87C00" w14:textId="77777777" w:rsidR="00FF6954" w:rsidRDefault="006970B9" w:rsidP="008D23FE">
            <w:pPr>
              <w:bidi/>
            </w:pPr>
            <w:r>
              <w:rPr>
                <w:sz w:val="17"/>
              </w:rPr>
              <w:t>متر</w:t>
            </w:r>
          </w:p>
        </w:tc>
        <w:tc>
          <w:tcPr>
            <w:tcW w:w="1538" w:type="dxa"/>
          </w:tcPr>
          <w:p w14:paraId="3849D61B" w14:textId="77777777" w:rsidR="00FF6954" w:rsidRDefault="006970B9" w:rsidP="008D23FE">
            <w:pPr>
              <w:bidi/>
            </w:pPr>
            <w:r>
              <w:rPr>
                <w:sz w:val="17"/>
              </w:rPr>
              <w:t>۵۰</w:t>
            </w:r>
          </w:p>
        </w:tc>
        <w:tc>
          <w:tcPr>
            <w:tcW w:w="1538" w:type="dxa"/>
          </w:tcPr>
          <w:p w14:paraId="03A795F1" w14:textId="77777777" w:rsidR="00FF6954" w:rsidRDefault="006970B9" w:rsidP="008D23FE">
            <w:pPr>
              <w:bidi/>
            </w:pPr>
            <w:r>
              <w:rPr>
                <w:sz w:val="17"/>
              </w:rPr>
              <w:t>...............</w:t>
            </w:r>
          </w:p>
        </w:tc>
        <w:tc>
          <w:tcPr>
            <w:tcW w:w="1538" w:type="dxa"/>
          </w:tcPr>
          <w:p w14:paraId="4F2FE0A4" w14:textId="77777777" w:rsidR="00FF6954" w:rsidRDefault="006970B9" w:rsidP="008D23FE">
            <w:pPr>
              <w:bidi/>
            </w:pPr>
            <w:r>
              <w:rPr>
                <w:sz w:val="17"/>
              </w:rPr>
              <w:t>.......................</w:t>
            </w:r>
          </w:p>
        </w:tc>
      </w:tr>
      <w:tr w:rsidR="00FF6954" w14:paraId="383ED60C" w14:textId="77777777" w:rsidTr="008D23FE">
        <w:trPr>
          <w:jc w:val="center"/>
        </w:trPr>
        <w:tc>
          <w:tcPr>
            <w:tcW w:w="1538" w:type="dxa"/>
          </w:tcPr>
          <w:p w14:paraId="2E91C8BD" w14:textId="77777777" w:rsidR="00FF6954" w:rsidRDefault="006970B9" w:rsidP="008D23FE">
            <w:pPr>
              <w:bidi/>
            </w:pPr>
            <w:r>
              <w:rPr>
                <w:sz w:val="17"/>
              </w:rPr>
              <w:t>۷</w:t>
            </w:r>
          </w:p>
        </w:tc>
        <w:tc>
          <w:tcPr>
            <w:tcW w:w="1538" w:type="dxa"/>
          </w:tcPr>
          <w:p w14:paraId="29CEBEC6" w14:textId="77777777" w:rsidR="00FF6954" w:rsidRDefault="006970B9" w:rsidP="008D23FE">
            <w:pPr>
              <w:bidi/>
            </w:pPr>
            <w:r>
              <w:rPr>
                <w:sz w:val="17"/>
              </w:rPr>
              <w:t>سوئیچ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شبکه</w:t>
            </w:r>
            <w:r>
              <w:rPr>
                <w:sz w:val="17"/>
              </w:rPr>
              <w:t xml:space="preserve"> PoE</w:t>
            </w:r>
          </w:p>
        </w:tc>
        <w:tc>
          <w:tcPr>
            <w:tcW w:w="1538" w:type="dxa"/>
          </w:tcPr>
          <w:p w14:paraId="7B7969AC" w14:textId="77777777" w:rsidR="00FF6954" w:rsidRDefault="006970B9" w:rsidP="008D23FE">
            <w:pPr>
              <w:bidi/>
            </w:pPr>
            <w:r>
              <w:rPr>
                <w:sz w:val="17"/>
              </w:rPr>
              <w:t>۸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پورت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گیگابیتی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صنعتی</w:t>
            </w:r>
          </w:p>
        </w:tc>
        <w:tc>
          <w:tcPr>
            <w:tcW w:w="1538" w:type="dxa"/>
          </w:tcPr>
          <w:p w14:paraId="7BD7F114" w14:textId="77777777" w:rsidR="00FF6954" w:rsidRDefault="006970B9" w:rsidP="008D23FE">
            <w:pPr>
              <w:bidi/>
            </w:pPr>
            <w:r>
              <w:rPr>
                <w:sz w:val="17"/>
              </w:rPr>
              <w:t>عدد</w:t>
            </w:r>
          </w:p>
        </w:tc>
        <w:tc>
          <w:tcPr>
            <w:tcW w:w="1538" w:type="dxa"/>
          </w:tcPr>
          <w:p w14:paraId="26488760" w14:textId="77777777" w:rsidR="00FF6954" w:rsidRDefault="006970B9" w:rsidP="008D23FE">
            <w:pPr>
              <w:bidi/>
            </w:pPr>
            <w:r>
              <w:rPr>
                <w:sz w:val="17"/>
              </w:rPr>
              <w:t>۱</w:t>
            </w:r>
          </w:p>
        </w:tc>
        <w:tc>
          <w:tcPr>
            <w:tcW w:w="1538" w:type="dxa"/>
          </w:tcPr>
          <w:p w14:paraId="477E3222" w14:textId="77777777" w:rsidR="00FF6954" w:rsidRDefault="006970B9" w:rsidP="008D23FE">
            <w:pPr>
              <w:bidi/>
            </w:pPr>
            <w:r>
              <w:rPr>
                <w:sz w:val="17"/>
              </w:rPr>
              <w:t>...............</w:t>
            </w:r>
          </w:p>
        </w:tc>
        <w:tc>
          <w:tcPr>
            <w:tcW w:w="1538" w:type="dxa"/>
          </w:tcPr>
          <w:p w14:paraId="4F562E66" w14:textId="77777777" w:rsidR="00FF6954" w:rsidRDefault="006970B9" w:rsidP="008D23FE">
            <w:pPr>
              <w:bidi/>
            </w:pPr>
            <w:r>
              <w:rPr>
                <w:sz w:val="17"/>
              </w:rPr>
              <w:t>.......................</w:t>
            </w:r>
          </w:p>
        </w:tc>
      </w:tr>
      <w:tr w:rsidR="00FF6954" w14:paraId="59654820" w14:textId="77777777" w:rsidTr="008D23FE">
        <w:trPr>
          <w:jc w:val="center"/>
        </w:trPr>
        <w:tc>
          <w:tcPr>
            <w:tcW w:w="1538" w:type="dxa"/>
          </w:tcPr>
          <w:p w14:paraId="5DA65FC7" w14:textId="77777777" w:rsidR="00FF6954" w:rsidRDefault="006970B9" w:rsidP="008D23FE">
            <w:pPr>
              <w:bidi/>
            </w:pPr>
            <w:r>
              <w:rPr>
                <w:sz w:val="17"/>
              </w:rPr>
              <w:t>۸</w:t>
            </w:r>
          </w:p>
        </w:tc>
        <w:tc>
          <w:tcPr>
            <w:tcW w:w="1538" w:type="dxa"/>
          </w:tcPr>
          <w:p w14:paraId="52B531D4" w14:textId="77777777" w:rsidR="00FF6954" w:rsidRDefault="006970B9" w:rsidP="008D23FE">
            <w:pPr>
              <w:bidi/>
            </w:pPr>
            <w:r>
              <w:rPr>
                <w:sz w:val="17"/>
              </w:rPr>
              <w:t>اجرت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نصب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و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کابل</w:t>
            </w:r>
            <w:r>
              <w:rPr>
                <w:sz w:val="17"/>
              </w:rPr>
              <w:t>‌</w:t>
            </w:r>
            <w:r>
              <w:rPr>
                <w:sz w:val="17"/>
              </w:rPr>
              <w:t>کشی</w:t>
            </w:r>
          </w:p>
        </w:tc>
        <w:tc>
          <w:tcPr>
            <w:tcW w:w="1538" w:type="dxa"/>
          </w:tcPr>
          <w:p w14:paraId="0C45785F" w14:textId="77777777" w:rsidR="00FF6954" w:rsidRDefault="006970B9" w:rsidP="008D23FE">
            <w:pPr>
              <w:bidi/>
            </w:pPr>
            <w:r>
              <w:rPr>
                <w:sz w:val="17"/>
              </w:rPr>
              <w:t>طبق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تعرفه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۱۴۰۵</w:t>
            </w:r>
            <w:r>
              <w:rPr>
                <w:sz w:val="17"/>
              </w:rPr>
              <w:t xml:space="preserve"> (</w:t>
            </w:r>
            <w:r>
              <w:rPr>
                <w:sz w:val="17"/>
              </w:rPr>
              <w:t>تسویه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بر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اساس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کارکرد</w:t>
            </w:r>
            <w:r>
              <w:rPr>
                <w:sz w:val="17"/>
              </w:rPr>
              <w:t>)</w:t>
            </w:r>
          </w:p>
        </w:tc>
        <w:tc>
          <w:tcPr>
            <w:tcW w:w="1538" w:type="dxa"/>
          </w:tcPr>
          <w:p w14:paraId="60278CA2" w14:textId="77777777" w:rsidR="00FF6954" w:rsidRDefault="006970B9" w:rsidP="008D23FE">
            <w:pPr>
              <w:bidi/>
            </w:pPr>
            <w:r>
              <w:rPr>
                <w:sz w:val="17"/>
              </w:rPr>
              <w:t>متری</w:t>
            </w:r>
          </w:p>
        </w:tc>
        <w:tc>
          <w:tcPr>
            <w:tcW w:w="1538" w:type="dxa"/>
          </w:tcPr>
          <w:p w14:paraId="684AFE90" w14:textId="77777777" w:rsidR="00FF6954" w:rsidRDefault="006970B9" w:rsidP="008D23FE">
            <w:pPr>
              <w:bidi/>
            </w:pPr>
            <w:r>
              <w:rPr>
                <w:sz w:val="17"/>
              </w:rPr>
              <w:t>۱۵۰</w:t>
            </w:r>
          </w:p>
        </w:tc>
        <w:tc>
          <w:tcPr>
            <w:tcW w:w="1538" w:type="dxa"/>
          </w:tcPr>
          <w:p w14:paraId="2014C0BE" w14:textId="77777777" w:rsidR="00FF6954" w:rsidRDefault="006970B9" w:rsidP="008D23FE">
            <w:pPr>
              <w:bidi/>
            </w:pPr>
            <w:r>
              <w:rPr>
                <w:sz w:val="17"/>
              </w:rPr>
              <w:t>...............</w:t>
            </w:r>
          </w:p>
        </w:tc>
        <w:tc>
          <w:tcPr>
            <w:tcW w:w="1538" w:type="dxa"/>
          </w:tcPr>
          <w:p w14:paraId="5732F81D" w14:textId="77777777" w:rsidR="00FF6954" w:rsidRDefault="006970B9" w:rsidP="008D23FE">
            <w:pPr>
              <w:bidi/>
            </w:pPr>
            <w:r>
              <w:rPr>
                <w:sz w:val="17"/>
              </w:rPr>
              <w:t>.......................</w:t>
            </w:r>
          </w:p>
        </w:tc>
      </w:tr>
      <w:tr w:rsidR="00FF6954" w14:paraId="3DFF7CBC" w14:textId="77777777" w:rsidTr="008D23FE">
        <w:trPr>
          <w:jc w:val="center"/>
        </w:trPr>
        <w:tc>
          <w:tcPr>
            <w:tcW w:w="1538" w:type="dxa"/>
          </w:tcPr>
          <w:p w14:paraId="1D8CDA6E" w14:textId="77777777" w:rsidR="00FF6954" w:rsidRDefault="006970B9" w:rsidP="008D23FE">
            <w:pPr>
              <w:bidi/>
            </w:pPr>
            <w:r>
              <w:rPr>
                <w:sz w:val="17"/>
              </w:rPr>
              <w:t>۹</w:t>
            </w:r>
          </w:p>
        </w:tc>
        <w:tc>
          <w:tcPr>
            <w:tcW w:w="1538" w:type="dxa"/>
          </w:tcPr>
          <w:p w14:paraId="3FA46987" w14:textId="77777777" w:rsidR="00FF6954" w:rsidRDefault="006970B9" w:rsidP="008D23FE">
            <w:pPr>
              <w:bidi/>
            </w:pPr>
            <w:r>
              <w:rPr>
                <w:sz w:val="17"/>
              </w:rPr>
              <w:t>نرم</w:t>
            </w:r>
            <w:r>
              <w:rPr>
                <w:sz w:val="17"/>
              </w:rPr>
              <w:t>‌</w:t>
            </w:r>
            <w:r>
              <w:rPr>
                <w:sz w:val="17"/>
              </w:rPr>
              <w:t>افزار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پلاک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خوان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هوشمند</w:t>
            </w:r>
          </w:p>
        </w:tc>
        <w:tc>
          <w:tcPr>
            <w:tcW w:w="1538" w:type="dxa"/>
          </w:tcPr>
          <w:p w14:paraId="21714965" w14:textId="77777777" w:rsidR="00FF6954" w:rsidRDefault="006970B9" w:rsidP="008D23FE">
            <w:pPr>
              <w:bidi/>
            </w:pPr>
            <w:r>
              <w:rPr>
                <w:sz w:val="17"/>
              </w:rPr>
              <w:t>نسخه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پایه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آی</w:t>
            </w:r>
            <w:r>
              <w:rPr>
                <w:sz w:val="17"/>
              </w:rPr>
              <w:t>‌</w:t>
            </w:r>
            <w:r>
              <w:rPr>
                <w:sz w:val="17"/>
              </w:rPr>
              <w:t>پلاک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شرکت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شهاب</w:t>
            </w:r>
          </w:p>
        </w:tc>
        <w:tc>
          <w:tcPr>
            <w:tcW w:w="1538" w:type="dxa"/>
          </w:tcPr>
          <w:p w14:paraId="12196A02" w14:textId="77777777" w:rsidR="00FF6954" w:rsidRDefault="006970B9" w:rsidP="008D23FE">
            <w:pPr>
              <w:bidi/>
            </w:pPr>
            <w:r>
              <w:rPr>
                <w:sz w:val="17"/>
              </w:rPr>
              <w:t>لایسنس</w:t>
            </w:r>
          </w:p>
        </w:tc>
        <w:tc>
          <w:tcPr>
            <w:tcW w:w="1538" w:type="dxa"/>
          </w:tcPr>
          <w:p w14:paraId="740478AF" w14:textId="77777777" w:rsidR="00FF6954" w:rsidRDefault="006970B9" w:rsidP="008D23FE">
            <w:pPr>
              <w:bidi/>
            </w:pPr>
            <w:r>
              <w:rPr>
                <w:sz w:val="17"/>
              </w:rPr>
              <w:t>۱</w:t>
            </w:r>
          </w:p>
        </w:tc>
        <w:tc>
          <w:tcPr>
            <w:tcW w:w="1538" w:type="dxa"/>
          </w:tcPr>
          <w:p w14:paraId="6A96C6FC" w14:textId="77777777" w:rsidR="00FF6954" w:rsidRDefault="006970B9" w:rsidP="008D23FE">
            <w:pPr>
              <w:bidi/>
            </w:pPr>
            <w:r>
              <w:rPr>
                <w:sz w:val="17"/>
              </w:rPr>
              <w:t>...............</w:t>
            </w:r>
          </w:p>
        </w:tc>
        <w:tc>
          <w:tcPr>
            <w:tcW w:w="1538" w:type="dxa"/>
          </w:tcPr>
          <w:p w14:paraId="355CA3AA" w14:textId="77777777" w:rsidR="00FF6954" w:rsidRDefault="006970B9" w:rsidP="008D23FE">
            <w:pPr>
              <w:bidi/>
            </w:pPr>
            <w:r>
              <w:rPr>
                <w:sz w:val="17"/>
              </w:rPr>
              <w:t>.......................</w:t>
            </w:r>
          </w:p>
        </w:tc>
      </w:tr>
      <w:tr w:rsidR="00FF6954" w14:paraId="23C0F60D" w14:textId="77777777" w:rsidTr="008D23FE">
        <w:trPr>
          <w:jc w:val="center"/>
        </w:trPr>
        <w:tc>
          <w:tcPr>
            <w:tcW w:w="1538" w:type="dxa"/>
          </w:tcPr>
          <w:p w14:paraId="0D61192F" w14:textId="77777777" w:rsidR="00FF6954" w:rsidRDefault="006970B9" w:rsidP="008D23FE">
            <w:pPr>
              <w:bidi/>
            </w:pPr>
            <w:r>
              <w:rPr>
                <w:b/>
                <w:sz w:val="17"/>
              </w:rPr>
              <w:t>جمع</w:t>
            </w:r>
            <w:r>
              <w:rPr>
                <w:b/>
                <w:sz w:val="17"/>
              </w:rPr>
              <w:t xml:space="preserve"> </w:t>
            </w:r>
            <w:r>
              <w:rPr>
                <w:b/>
                <w:sz w:val="17"/>
              </w:rPr>
              <w:t>کل</w:t>
            </w:r>
            <w:r>
              <w:rPr>
                <w:b/>
                <w:sz w:val="17"/>
              </w:rPr>
              <w:t xml:space="preserve"> </w:t>
            </w:r>
            <w:r>
              <w:rPr>
                <w:b/>
                <w:sz w:val="17"/>
              </w:rPr>
              <w:t>هزینه</w:t>
            </w:r>
            <w:r>
              <w:rPr>
                <w:b/>
                <w:sz w:val="17"/>
              </w:rPr>
              <w:t>‌</w:t>
            </w:r>
            <w:r>
              <w:rPr>
                <w:b/>
                <w:sz w:val="17"/>
              </w:rPr>
              <w:t>ها</w:t>
            </w:r>
            <w:r>
              <w:rPr>
                <w:b/>
                <w:sz w:val="17"/>
              </w:rPr>
              <w:t xml:space="preserve"> </w:t>
            </w:r>
            <w:r>
              <w:rPr>
                <w:b/>
                <w:sz w:val="17"/>
              </w:rPr>
              <w:t>پیش</w:t>
            </w:r>
            <w:r>
              <w:rPr>
                <w:b/>
                <w:sz w:val="17"/>
              </w:rPr>
              <w:t xml:space="preserve"> </w:t>
            </w:r>
            <w:r>
              <w:rPr>
                <w:b/>
                <w:sz w:val="17"/>
              </w:rPr>
              <w:t>از</w:t>
            </w:r>
            <w:r>
              <w:rPr>
                <w:b/>
                <w:sz w:val="17"/>
              </w:rPr>
              <w:t xml:space="preserve"> </w:t>
            </w:r>
            <w:r>
              <w:rPr>
                <w:b/>
                <w:sz w:val="17"/>
              </w:rPr>
              <w:t>مالیات</w:t>
            </w:r>
          </w:p>
        </w:tc>
        <w:tc>
          <w:tcPr>
            <w:tcW w:w="1538" w:type="dxa"/>
          </w:tcPr>
          <w:p w14:paraId="610FCE3A" w14:textId="77777777" w:rsidR="00FF6954" w:rsidRDefault="00FF6954" w:rsidP="008D23FE">
            <w:pPr>
              <w:bidi/>
            </w:pPr>
          </w:p>
        </w:tc>
        <w:tc>
          <w:tcPr>
            <w:tcW w:w="1538" w:type="dxa"/>
          </w:tcPr>
          <w:p w14:paraId="36678314" w14:textId="77777777" w:rsidR="00FF6954" w:rsidRDefault="00FF6954" w:rsidP="008D23FE">
            <w:pPr>
              <w:bidi/>
            </w:pPr>
          </w:p>
        </w:tc>
        <w:tc>
          <w:tcPr>
            <w:tcW w:w="1538" w:type="dxa"/>
          </w:tcPr>
          <w:p w14:paraId="3C1C6158" w14:textId="77777777" w:rsidR="00FF6954" w:rsidRDefault="00FF6954" w:rsidP="008D23FE">
            <w:pPr>
              <w:bidi/>
            </w:pPr>
          </w:p>
        </w:tc>
        <w:tc>
          <w:tcPr>
            <w:tcW w:w="1538" w:type="dxa"/>
          </w:tcPr>
          <w:p w14:paraId="27CF46F6" w14:textId="77777777" w:rsidR="00FF6954" w:rsidRDefault="00FF6954" w:rsidP="008D23FE">
            <w:pPr>
              <w:bidi/>
            </w:pPr>
          </w:p>
        </w:tc>
        <w:tc>
          <w:tcPr>
            <w:tcW w:w="1538" w:type="dxa"/>
          </w:tcPr>
          <w:p w14:paraId="55E2049D" w14:textId="77777777" w:rsidR="00FF6954" w:rsidRDefault="00FF6954" w:rsidP="008D23FE">
            <w:pPr>
              <w:bidi/>
            </w:pPr>
          </w:p>
        </w:tc>
        <w:tc>
          <w:tcPr>
            <w:tcW w:w="1538" w:type="dxa"/>
          </w:tcPr>
          <w:p w14:paraId="5AD7CC2E" w14:textId="77777777" w:rsidR="00FF6954" w:rsidRDefault="006970B9" w:rsidP="008D23FE">
            <w:pPr>
              <w:bidi/>
            </w:pPr>
            <w:r>
              <w:rPr>
                <w:b/>
                <w:sz w:val="17"/>
              </w:rPr>
              <w:t>.......................</w:t>
            </w:r>
          </w:p>
        </w:tc>
      </w:tr>
    </w:tbl>
    <w:p w14:paraId="3CAC156F" w14:textId="77777777" w:rsidR="00FF6954" w:rsidRDefault="00FF6954" w:rsidP="008D23FE">
      <w:pPr>
        <w:bidi/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383"/>
        <w:gridCol w:w="5383"/>
      </w:tblGrid>
      <w:tr w:rsidR="00FF6954" w14:paraId="396A373C" w14:textId="77777777" w:rsidTr="008D23FE">
        <w:trPr>
          <w:jc w:val="center"/>
        </w:trPr>
        <w:tc>
          <w:tcPr>
            <w:tcW w:w="5383" w:type="dxa"/>
          </w:tcPr>
          <w:p w14:paraId="30BF0C75" w14:textId="77777777" w:rsidR="00FF6954" w:rsidRDefault="006970B9" w:rsidP="008D23FE">
            <w:pPr>
              <w:bidi/>
            </w:pPr>
            <w:r>
              <w:t>در</w:t>
            </w:r>
            <w:r>
              <w:t xml:space="preserve"> </w:t>
            </w:r>
            <w:r>
              <w:t>صورت</w:t>
            </w:r>
            <w:r>
              <w:t xml:space="preserve"> </w:t>
            </w:r>
            <w:r>
              <w:t>شمول</w:t>
            </w:r>
            <w:r>
              <w:t xml:space="preserve">: ................................ </w:t>
            </w:r>
            <w:r>
              <w:t>ریال</w:t>
            </w:r>
          </w:p>
        </w:tc>
        <w:tc>
          <w:tcPr>
            <w:tcW w:w="5383" w:type="dxa"/>
          </w:tcPr>
          <w:p w14:paraId="2C4DA2C5" w14:textId="77777777" w:rsidR="00FF6954" w:rsidRDefault="006970B9" w:rsidP="008D23FE">
            <w:pPr>
              <w:bidi/>
            </w:pPr>
            <w:r>
              <w:t>مالیات</w:t>
            </w:r>
            <w:r>
              <w:t xml:space="preserve"> </w:t>
            </w:r>
            <w:r>
              <w:t>و</w:t>
            </w:r>
            <w:r>
              <w:t xml:space="preserve"> </w:t>
            </w:r>
            <w:r>
              <w:t>عوارض</w:t>
            </w:r>
            <w:r>
              <w:t xml:space="preserve"> </w:t>
            </w:r>
            <w:r>
              <w:t>ارزش</w:t>
            </w:r>
            <w:r>
              <w:t xml:space="preserve"> </w:t>
            </w:r>
            <w:r>
              <w:t>افزوده</w:t>
            </w:r>
          </w:p>
        </w:tc>
      </w:tr>
      <w:tr w:rsidR="00FF6954" w14:paraId="432C84C0" w14:textId="77777777" w:rsidTr="008D23FE">
        <w:trPr>
          <w:jc w:val="center"/>
        </w:trPr>
        <w:tc>
          <w:tcPr>
            <w:tcW w:w="5383" w:type="dxa"/>
          </w:tcPr>
          <w:p w14:paraId="3AD5C034" w14:textId="77777777" w:rsidR="00FF6954" w:rsidRDefault="006970B9" w:rsidP="008D23FE">
            <w:pPr>
              <w:bidi/>
            </w:pPr>
            <w:r>
              <w:t>........................................................</w:t>
            </w:r>
          </w:p>
        </w:tc>
        <w:tc>
          <w:tcPr>
            <w:tcW w:w="5383" w:type="dxa"/>
          </w:tcPr>
          <w:p w14:paraId="353B68B4" w14:textId="77777777" w:rsidR="00FF6954" w:rsidRDefault="006970B9" w:rsidP="008D23FE">
            <w:pPr>
              <w:bidi/>
            </w:pPr>
            <w:r>
              <w:t>هزینه</w:t>
            </w:r>
            <w:r>
              <w:t xml:space="preserve"> </w:t>
            </w:r>
            <w:r>
              <w:t>حمل</w:t>
            </w:r>
            <w:r>
              <w:t xml:space="preserve"> / </w:t>
            </w:r>
            <w:r>
              <w:t>متعلقات</w:t>
            </w:r>
            <w:r>
              <w:t xml:space="preserve"> </w:t>
            </w:r>
            <w:r>
              <w:t>اضافی</w:t>
            </w:r>
          </w:p>
        </w:tc>
      </w:tr>
      <w:tr w:rsidR="00FF6954" w14:paraId="57855EEC" w14:textId="77777777" w:rsidTr="008D23FE">
        <w:trPr>
          <w:jc w:val="center"/>
        </w:trPr>
        <w:tc>
          <w:tcPr>
            <w:tcW w:w="5383" w:type="dxa"/>
          </w:tcPr>
          <w:p w14:paraId="1DED9EE8" w14:textId="77777777" w:rsidR="00FF6954" w:rsidRDefault="006970B9" w:rsidP="008D23FE">
            <w:pPr>
              <w:bidi/>
            </w:pPr>
            <w:r>
              <w:t>........................................................</w:t>
            </w:r>
          </w:p>
        </w:tc>
        <w:tc>
          <w:tcPr>
            <w:tcW w:w="5383" w:type="dxa"/>
          </w:tcPr>
          <w:p w14:paraId="3FF5E600" w14:textId="77777777" w:rsidR="00FF6954" w:rsidRDefault="006970B9" w:rsidP="008D23FE">
            <w:pPr>
              <w:bidi/>
            </w:pPr>
            <w:r>
              <w:t>شرایط</w:t>
            </w:r>
            <w:r>
              <w:t xml:space="preserve"> </w:t>
            </w:r>
            <w:r>
              <w:t>پرداخت</w:t>
            </w:r>
          </w:p>
        </w:tc>
      </w:tr>
      <w:tr w:rsidR="00FF6954" w14:paraId="66A3F2AB" w14:textId="77777777" w:rsidTr="008D23FE">
        <w:trPr>
          <w:jc w:val="center"/>
        </w:trPr>
        <w:tc>
          <w:tcPr>
            <w:tcW w:w="5383" w:type="dxa"/>
          </w:tcPr>
          <w:p w14:paraId="3297642B" w14:textId="77777777" w:rsidR="00FF6954" w:rsidRDefault="006970B9" w:rsidP="008D23FE">
            <w:pPr>
              <w:bidi/>
            </w:pPr>
            <w:r>
              <w:t>مقادیر</w:t>
            </w:r>
            <w:r>
              <w:t xml:space="preserve"> </w:t>
            </w:r>
            <w:r>
              <w:t>درج</w:t>
            </w:r>
            <w:r>
              <w:t>‌</w:t>
            </w:r>
            <w:r>
              <w:t>شده</w:t>
            </w:r>
            <w:r>
              <w:t xml:space="preserve"> </w:t>
            </w:r>
            <w:r>
              <w:t>تقریبی</w:t>
            </w:r>
            <w:r>
              <w:t xml:space="preserve"> </w:t>
            </w:r>
            <w:r>
              <w:t>بوده</w:t>
            </w:r>
            <w:r>
              <w:t xml:space="preserve"> </w:t>
            </w:r>
            <w:r>
              <w:t>و</w:t>
            </w:r>
            <w:r>
              <w:t xml:space="preserve"> </w:t>
            </w:r>
            <w:r>
              <w:t>مبلغ</w:t>
            </w:r>
            <w:r>
              <w:t xml:space="preserve"> </w:t>
            </w:r>
            <w:r>
              <w:t>نهایی</w:t>
            </w:r>
            <w:r>
              <w:t xml:space="preserve"> </w:t>
            </w:r>
            <w:r>
              <w:t>پس</w:t>
            </w:r>
            <w:r>
              <w:t xml:space="preserve"> </w:t>
            </w:r>
            <w:r>
              <w:t>از</w:t>
            </w:r>
            <w:r>
              <w:t xml:space="preserve"> </w:t>
            </w:r>
            <w:r>
              <w:t>تأیید</w:t>
            </w:r>
            <w:r>
              <w:t xml:space="preserve"> </w:t>
            </w:r>
            <w:r>
              <w:t>اقلام،</w:t>
            </w:r>
            <w:r>
              <w:t xml:space="preserve"> </w:t>
            </w:r>
            <w:r>
              <w:t>برندها</w:t>
            </w:r>
            <w:r>
              <w:t xml:space="preserve"> </w:t>
            </w:r>
            <w:r>
              <w:t>و</w:t>
            </w:r>
            <w:r>
              <w:t xml:space="preserve"> </w:t>
            </w:r>
            <w:r>
              <w:t>میزان</w:t>
            </w:r>
            <w:r>
              <w:t xml:space="preserve"> </w:t>
            </w:r>
            <w:r>
              <w:t>کارکرد</w:t>
            </w:r>
            <w:r>
              <w:t xml:space="preserve"> </w:t>
            </w:r>
            <w:r>
              <w:t>تعیین</w:t>
            </w:r>
            <w:r>
              <w:t xml:space="preserve"> </w:t>
            </w:r>
            <w:r>
              <w:t>می</w:t>
            </w:r>
            <w:r>
              <w:t>‌</w:t>
            </w:r>
            <w:r>
              <w:t>شود</w:t>
            </w:r>
            <w:r>
              <w:t>.</w:t>
            </w:r>
          </w:p>
        </w:tc>
        <w:tc>
          <w:tcPr>
            <w:tcW w:w="5383" w:type="dxa"/>
          </w:tcPr>
          <w:p w14:paraId="74EA96B1" w14:textId="77777777" w:rsidR="00FF6954" w:rsidRDefault="006970B9" w:rsidP="008D23FE">
            <w:pPr>
              <w:bidi/>
            </w:pPr>
            <w:r>
              <w:t>توضیحات</w:t>
            </w:r>
          </w:p>
        </w:tc>
      </w:tr>
    </w:tbl>
    <w:p w14:paraId="3AA17964" w14:textId="77777777" w:rsidR="00FF6954" w:rsidRDefault="00FF6954" w:rsidP="008D23FE">
      <w:pPr>
        <w:bidi/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383"/>
        <w:gridCol w:w="5383"/>
      </w:tblGrid>
      <w:tr w:rsidR="00FF6954" w14:paraId="2C6FF966" w14:textId="77777777" w:rsidTr="008D23FE">
        <w:trPr>
          <w:jc w:val="center"/>
        </w:trPr>
        <w:tc>
          <w:tcPr>
            <w:tcW w:w="5383" w:type="dxa"/>
          </w:tcPr>
          <w:p w14:paraId="5FBAC10D" w14:textId="77777777" w:rsidR="00FF6954" w:rsidRDefault="006970B9" w:rsidP="008D23FE">
            <w:pPr>
              <w:bidi/>
            </w:pPr>
            <w:r>
              <w:t>تأیید</w:t>
            </w:r>
            <w:r>
              <w:t xml:space="preserve"> </w:t>
            </w:r>
            <w:r>
              <w:t>مشتری</w:t>
            </w:r>
            <w:r>
              <w:br/>
            </w:r>
            <w:r>
              <w:br/>
              <w:t>........................................</w:t>
            </w:r>
          </w:p>
        </w:tc>
        <w:tc>
          <w:tcPr>
            <w:tcW w:w="5383" w:type="dxa"/>
          </w:tcPr>
          <w:p w14:paraId="1A8CF3C1" w14:textId="77777777" w:rsidR="00FF6954" w:rsidRDefault="006970B9" w:rsidP="008D23FE">
            <w:pPr>
              <w:bidi/>
            </w:pPr>
            <w:r>
              <w:t>مهر</w:t>
            </w:r>
            <w:r>
              <w:t xml:space="preserve"> </w:t>
            </w:r>
            <w:r>
              <w:t>و</w:t>
            </w:r>
            <w:r>
              <w:t xml:space="preserve"> </w:t>
            </w:r>
            <w:r>
              <w:t>امضای</w:t>
            </w:r>
            <w:r>
              <w:t xml:space="preserve"> </w:t>
            </w:r>
            <w:r>
              <w:t>فروشنده</w:t>
            </w:r>
            <w:r>
              <w:br/>
            </w:r>
            <w:r>
              <w:br/>
              <w:t>.....</w:t>
            </w:r>
            <w:r>
              <w:t>...................................</w:t>
            </w:r>
          </w:p>
        </w:tc>
      </w:tr>
    </w:tbl>
    <w:p w14:paraId="5EBF8011" w14:textId="77777777" w:rsidR="006970B9" w:rsidRDefault="006970B9" w:rsidP="008D23FE">
      <w:pPr>
        <w:bidi/>
      </w:pPr>
    </w:p>
    <w:sectPr w:rsidR="006970B9" w:rsidSect="00034616">
      <w:pgSz w:w="12240" w:h="15840"/>
      <w:pgMar w:top="850" w:right="737" w:bottom="850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970B9"/>
    <w:rsid w:val="008D23FE"/>
    <w:rsid w:val="00AA1D8D"/>
    <w:rsid w:val="00B47730"/>
    <w:rsid w:val="00CB0664"/>
    <w:rsid w:val="00FC693F"/>
    <w:rsid w:val="00FF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CA5771"/>
  <w14:defaultImageDpi w14:val="300"/>
  <w15:docId w15:val="{15AD50C3-8EDE-41EE-863E-7DBEA064C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B Nazanin" w:eastAsia="B Nazanin" w:hAnsi="B Nazani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Ahmad Reza Jafari</cp:lastModifiedBy>
  <cp:revision>2</cp:revision>
  <dcterms:created xsi:type="dcterms:W3CDTF">2013-12-23T23:15:00Z</dcterms:created>
  <dcterms:modified xsi:type="dcterms:W3CDTF">2026-09-06T18:41:00Z</dcterms:modified>
  <cp:category/>
</cp:coreProperties>
</file>